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914" w:rsidRPr="009C2862" w:rsidRDefault="00654DE2" w:rsidP="00654DE2">
      <w:pPr>
        <w:pStyle w:val="Ttulo1"/>
        <w:jc w:val="center"/>
        <w:rPr>
          <w:rFonts w:cstheme="majorHAnsi"/>
        </w:rPr>
      </w:pPr>
      <w:r w:rsidRPr="009C2862">
        <w:rPr>
          <w:rFonts w:cstheme="majorHAnsi"/>
        </w:rPr>
        <w:t>MEMORIA JUSTIFICATIVA – LÍNEA 2</w:t>
      </w:r>
    </w:p>
    <w:p w:rsidR="00E97914" w:rsidRPr="009C2862" w:rsidRDefault="00654DE2" w:rsidP="00654DE2">
      <w:pPr>
        <w:jc w:val="center"/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Modelo orientativo para la justificación de inversiones realizadas o por realizar, acogidas a la Línea 2 de la subvención IMPULSA Benalmádena 2025.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t>1. Datos del solicitante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Nombre / Razón social: ____________________________</w:t>
      </w:r>
      <w:bookmarkStart w:id="0" w:name="_GoBack"/>
      <w:bookmarkEnd w:id="0"/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CIF/NIF: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Domicilio fiscal: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Local o establecimiento: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Persona de contacto: ____________________________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t>2. Descripción de la inversión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Denominación de la inversión: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Ubicación (terraza/zona autorizada):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Fecha prevista o de realización: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Coste total: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Proveedor/es: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Documentación adjunta: Facturas / Facturas proforma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t>3. Necesidad de la inversión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Situación previa del establecimiento: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Requisitos de la Ordenanza Municipal de Terrazas que motivan la actuación: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Razones por las que la inversión es imprescindible (seguridad, accesibilidad, estética, adaptación normativa, mejora del servicio…): ____________________________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t>4. Argumentación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Cómo la inversión mejora la actividad y el entorno urbano: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Beneficios para la clientela y la ciudadanía: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Cumplimiento de la normativa vigente y contribución a la dinamización comercial de la zona: ____________________________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lastRenderedPageBreak/>
        <w:t>5. Documentación gráfica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Adjuntar fotografías con pie de foto explicativo: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- Fotos antes de la inversión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- Fotos de ejecución / montaje (si aplica)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- Fotos tras la inversión o diseño previsto</w:t>
      </w:r>
    </w:p>
    <w:p w:rsidR="00E97914" w:rsidRPr="009C2862" w:rsidRDefault="00654DE2">
      <w:pPr>
        <w:pStyle w:val="Ttulo2"/>
        <w:rPr>
          <w:rFonts w:cstheme="majorHAnsi"/>
        </w:rPr>
      </w:pPr>
      <w:r w:rsidRPr="009C2862">
        <w:rPr>
          <w:rFonts w:cstheme="majorHAnsi"/>
        </w:rPr>
        <w:t>6. Conclusión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Resumen de la necesidad y justificación: ____________________________</w:t>
      </w:r>
    </w:p>
    <w:p w:rsidR="00E97914" w:rsidRPr="009C2862" w:rsidRDefault="00654DE2">
      <w:pPr>
        <w:rPr>
          <w:rFonts w:asciiTheme="majorHAnsi" w:hAnsiTheme="majorHAnsi" w:cstheme="majorHAnsi"/>
        </w:rPr>
      </w:pPr>
      <w:r w:rsidRPr="009C2862">
        <w:rPr>
          <w:rFonts w:asciiTheme="majorHAnsi" w:hAnsiTheme="majorHAnsi" w:cstheme="majorHAnsi"/>
        </w:rPr>
        <w:t>Declaración de que la inversión se ajusta a la Ordenanza y a la Línea 2 de las bases: ____________________________</w:t>
      </w:r>
    </w:p>
    <w:sectPr w:rsidR="00E97914" w:rsidRPr="009C2862" w:rsidSect="00EF3DEB">
      <w:pgSz w:w="12240" w:h="15840"/>
      <w:pgMar w:top="1135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00000287" w:usb1="08070000" w:usb2="00000010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aconnmeros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aconnmeros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aconvieta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aconvieta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5D3D68"/>
    <w:rsid w:val="00654DE2"/>
    <w:rsid w:val="009C2862"/>
    <w:rsid w:val="00AA1D8D"/>
    <w:rsid w:val="00B47730"/>
    <w:rsid w:val="00CB0664"/>
    <w:rsid w:val="00E97914"/>
    <w:rsid w:val="00EF3DEB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7EB77BA8-E7ED-4DD4-895D-78C48EC6A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Ttulo1">
    <w:name w:val="heading 1"/>
    <w:basedOn w:val="Normal"/>
    <w:next w:val="Normal"/>
    <w:link w:val="Ttulo1C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618BF"/>
  </w:style>
  <w:style w:type="paragraph" w:styleId="Piedepgina">
    <w:name w:val="footer"/>
    <w:basedOn w:val="Normal"/>
    <w:link w:val="PiedepginaC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618BF"/>
  </w:style>
  <w:style w:type="paragraph" w:styleId="Sinespaciado">
    <w:name w:val="No Spacing"/>
    <w:uiPriority w:val="1"/>
    <w:qFormat/>
    <w:rsid w:val="00FC693F"/>
    <w:pPr>
      <w:spacing w:after="0" w:line="240" w:lineRule="auto"/>
    </w:pPr>
  </w:style>
  <w:style w:type="character" w:customStyle="1" w:styleId="Ttulo1Car">
    <w:name w:val="Título 1 Car"/>
    <w:basedOn w:val="Fuentedeprrafopredeter"/>
    <w:link w:val="Ttulo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">
    <w:name w:val="Title"/>
    <w:basedOn w:val="Normal"/>
    <w:next w:val="Normal"/>
    <w:link w:val="TtuloC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Prrafodelista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Textoindependiente">
    <w:name w:val="Body Text"/>
    <w:basedOn w:val="Normal"/>
    <w:link w:val="TextoindependienteCar"/>
    <w:uiPriority w:val="99"/>
    <w:unhideWhenUsed/>
    <w:rsid w:val="00AA1D8D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AA1D8D"/>
  </w:style>
  <w:style w:type="paragraph" w:styleId="Textoindependiente2">
    <w:name w:val="Body Text 2"/>
    <w:basedOn w:val="Normal"/>
    <w:link w:val="Textoindependiente2Car"/>
    <w:uiPriority w:val="99"/>
    <w:unhideWhenUsed/>
    <w:rsid w:val="00AA1D8D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AA1D8D"/>
  </w:style>
  <w:style w:type="paragraph" w:styleId="Textoindependiente3">
    <w:name w:val="Body Text 3"/>
    <w:basedOn w:val="Normal"/>
    <w:link w:val="Textoindependiente3C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AA1D8D"/>
    <w:rPr>
      <w:sz w:val="16"/>
      <w:szCs w:val="16"/>
    </w:rPr>
  </w:style>
  <w:style w:type="paragraph" w:styleId="Lista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aconvietas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aconvietas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aconvietas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aconnmeros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aconnmeros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aconnmeros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Continuarlista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Continuarlista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Continuarlista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Textomacro">
    <w:name w:val="macro"/>
    <w:link w:val="TextomacroC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omacroCar">
    <w:name w:val="Texto macro Car"/>
    <w:basedOn w:val="Fuentedeprrafopredeter"/>
    <w:link w:val="Textomacro"/>
    <w:uiPriority w:val="99"/>
    <w:rsid w:val="0029639D"/>
    <w:rPr>
      <w:rFonts w:ascii="Courier" w:hAnsi="Courier"/>
      <w:sz w:val="20"/>
      <w:szCs w:val="20"/>
    </w:rPr>
  </w:style>
  <w:style w:type="paragraph" w:styleId="Cita">
    <w:name w:val="Quote"/>
    <w:basedOn w:val="Normal"/>
    <w:next w:val="Normal"/>
    <w:link w:val="CitaCar"/>
    <w:uiPriority w:val="29"/>
    <w:qFormat/>
    <w:rsid w:val="00FC693F"/>
    <w:rPr>
      <w:i/>
      <w:iCs/>
      <w:color w:val="000000" w:themeColor="text1"/>
    </w:rPr>
  </w:style>
  <w:style w:type="character" w:customStyle="1" w:styleId="CitaCar">
    <w:name w:val="Cita Car"/>
    <w:basedOn w:val="Fuentedeprrafopredeter"/>
    <w:link w:val="Cita"/>
    <w:uiPriority w:val="29"/>
    <w:rsid w:val="00FC693F"/>
    <w:rPr>
      <w:i/>
      <w:iCs/>
      <w:color w:val="000000" w:themeColor="text1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Textoennegrita">
    <w:name w:val="Strong"/>
    <w:basedOn w:val="Fuentedeprrafopredeter"/>
    <w:uiPriority w:val="22"/>
    <w:qFormat/>
    <w:rsid w:val="00FC693F"/>
    <w:rPr>
      <w:b/>
      <w:bCs/>
    </w:rPr>
  </w:style>
  <w:style w:type="character" w:styleId="nfasis">
    <w:name w:val="Emphasis"/>
    <w:basedOn w:val="Fuentedeprrafopredeter"/>
    <w:uiPriority w:val="20"/>
    <w:qFormat/>
    <w:rsid w:val="00FC693F"/>
    <w:rPr>
      <w:i/>
      <w:iCs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C693F"/>
    <w:rPr>
      <w:b/>
      <w:bCs/>
      <w:i/>
      <w:iCs/>
      <w:color w:val="4F81BD" w:themeColor="accent1"/>
    </w:rPr>
  </w:style>
  <w:style w:type="character" w:styleId="nfasissutil">
    <w:name w:val="Subtle Emphasis"/>
    <w:basedOn w:val="Fuentedeprrafopredeter"/>
    <w:uiPriority w:val="19"/>
    <w:qFormat/>
    <w:rsid w:val="00FC693F"/>
    <w:rPr>
      <w:i/>
      <w:iCs/>
      <w:color w:val="808080" w:themeColor="text1" w:themeTint="7F"/>
    </w:rPr>
  </w:style>
  <w:style w:type="character" w:styleId="nfasisintenso">
    <w:name w:val="Intense Emphasis"/>
    <w:basedOn w:val="Fuentedeprrafopredeter"/>
    <w:uiPriority w:val="21"/>
    <w:qFormat/>
    <w:rsid w:val="00FC693F"/>
    <w:rPr>
      <w:b/>
      <w:bCs/>
      <w:i/>
      <w:iCs/>
      <w:color w:val="4F81BD" w:themeColor="accent1"/>
    </w:rPr>
  </w:style>
  <w:style w:type="character" w:styleId="Referenciasutil">
    <w:name w:val="Subtle Reference"/>
    <w:basedOn w:val="Fuentedeprrafopredeter"/>
    <w:uiPriority w:val="31"/>
    <w:qFormat/>
    <w:rsid w:val="00FC693F"/>
    <w:rPr>
      <w:smallCaps/>
      <w:color w:val="C0504D" w:themeColor="accent2"/>
      <w:u w:val="single"/>
    </w:rPr>
  </w:style>
  <w:style w:type="character" w:styleId="Referenciaintensa">
    <w:name w:val="Intense Reference"/>
    <w:basedOn w:val="Fuentedeprrafopredeter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FC693F"/>
    <w:rPr>
      <w:b/>
      <w:bCs/>
      <w:smallCaps/>
      <w:spacing w:val="5"/>
    </w:rPr>
  </w:style>
  <w:style w:type="paragraph" w:styleId="TtuloTDC">
    <w:name w:val="TOC Heading"/>
    <w:basedOn w:val="Ttulo1"/>
    <w:next w:val="Normal"/>
    <w:uiPriority w:val="39"/>
    <w:semiHidden/>
    <w:unhideWhenUsed/>
    <w:qFormat/>
    <w:rsid w:val="00FC693F"/>
    <w:pPr>
      <w:outlineLvl w:val="9"/>
    </w:pPr>
  </w:style>
  <w:style w:type="table" w:styleId="Tablaconcuadrcula">
    <w:name w:val="Table Grid"/>
    <w:basedOn w:val="Tabla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doclaro-nfasis1">
    <w:name w:val="Light Shading Accent 1"/>
    <w:basedOn w:val="Tabla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ombreadoclaro-nfasis2">
    <w:name w:val="Light Shading Accent 2"/>
    <w:basedOn w:val="Tabla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ombreadoclaro-nfasis3">
    <w:name w:val="Light Shading Accent 3"/>
    <w:basedOn w:val="Tabla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ombreadoclaro-nfasis4">
    <w:name w:val="Light Shading Accent 4"/>
    <w:basedOn w:val="Tabla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claro-nfasis5">
    <w:name w:val="Light Shading Accent 5"/>
    <w:basedOn w:val="Tabla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6">
    <w:name w:val="Light Shading Accent 6"/>
    <w:basedOn w:val="Tabla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staclara">
    <w:name w:val="Light List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is1">
    <w:name w:val="Light List Accent 1"/>
    <w:basedOn w:val="Tabla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staclara-nfasis2">
    <w:name w:val="Light List Accent 2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staclara-nfasis3">
    <w:name w:val="Light List Accent 3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staclara-nfasis4">
    <w:name w:val="Light List Accent 4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staclara-nfasis5">
    <w:name w:val="Light List Accent 5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staclara-nfasis6">
    <w:name w:val="Light List Accent 6"/>
    <w:basedOn w:val="Tabla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Cuadrculaclara">
    <w:name w:val="Light Grid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Cuadrculaclara-nfasis1">
    <w:name w:val="Light Grid Accent 1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Cuadrculaclara-nfasis2">
    <w:name w:val="Light Grid Accent 2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Cuadrculaclara-nfasis3">
    <w:name w:val="Light Grid Accent 3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Cuadrculaclara-nfasis4">
    <w:name w:val="Light Grid Accent 4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Cuadrculaclara-nfasis5">
    <w:name w:val="Light Grid Accent 5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Cuadrculaclara-nfasis6">
    <w:name w:val="Light Grid Accent 6"/>
    <w:basedOn w:val="Tabla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ombreadomedio1">
    <w:name w:val="Medium Shading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3">
    <w:name w:val="Medium Shading 1 Accent 3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4">
    <w:name w:val="Medium Shading 1 Accent 4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5">
    <w:name w:val="Medium Shading 1 Accent 5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6">
    <w:name w:val="Medium Shading 1 Accent 6"/>
    <w:basedOn w:val="Tabla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2">
    <w:name w:val="Medium Shading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1">
    <w:name w:val="Medium Shading 2 Accent 1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2">
    <w:name w:val="Medium Shading 2 Accent 2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3">
    <w:name w:val="Medium Shading 2 Accent 3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4">
    <w:name w:val="Medium Shading 2 Accent 4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5">
    <w:name w:val="Medium Shading 2 Accent 5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domedio2-nfasis6">
    <w:name w:val="Medium Shading 2 Accent 6"/>
    <w:basedOn w:val="Tabla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stamedia1">
    <w:name w:val="Medium Lis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edia1-nfasis1">
    <w:name w:val="Medium List 1 Accent 1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stamedia1-nfasis2">
    <w:name w:val="Medium List 1 Accent 2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Listamedia1-nfasis3">
    <w:name w:val="Medium List 1 Accent 3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Listamedia1-nfasis4">
    <w:name w:val="Medium List 1 Accent 4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Listamedia1-nfasis5">
    <w:name w:val="Medium List 1 Accent 5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Listamedia1-nfasis6">
    <w:name w:val="Medium List 1 Accent 6"/>
    <w:basedOn w:val="Tabla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Listamedia2">
    <w:name w:val="Medium Lis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1">
    <w:name w:val="Medium List 2 Accent 1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2">
    <w:name w:val="Medium List 2 Accent 2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3">
    <w:name w:val="Medium List 2 Accent 3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4">
    <w:name w:val="Medium List 2 Accent 4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5">
    <w:name w:val="Medium List 2 Accent 5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edia2-nfasis6">
    <w:name w:val="Medium List 2 Accent 6"/>
    <w:basedOn w:val="Tabla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Cuadrculamedia1">
    <w:name w:val="Medium Grid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media1-nfasis1">
    <w:name w:val="Medium Grid 1 Accent 1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media1-nfasis2">
    <w:name w:val="Medium Grid 1 Accent 2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media1-nfasis3">
    <w:name w:val="Medium Grid 1 Accent 3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media1-nfasis4">
    <w:name w:val="Medium Grid 1 Accent 4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media1-nfasis5">
    <w:name w:val="Medium Grid 1 Accent 5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media1-nfasis6">
    <w:name w:val="Medium Grid 1 Accent 6"/>
    <w:basedOn w:val="Tabla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uadrculamedia2">
    <w:name w:val="Medium Grid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1">
    <w:name w:val="Medium Grid 2 Accent 1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2">
    <w:name w:val="Medium Grid 2 Accent 2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3">
    <w:name w:val="Medium Grid 2 Accent 3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4">
    <w:name w:val="Medium Grid 2 Accent 4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5">
    <w:name w:val="Medium Grid 2 Accent 5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2-nfasis6">
    <w:name w:val="Medium Grid 2 Accent 6"/>
    <w:basedOn w:val="Tabla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Cuadrculamedia3">
    <w:name w:val="Medium Grid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Cuadrculamedia3-nfasis1">
    <w:name w:val="Medium Grid 3 Accent 1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Cuadrculamedia3-nfasis2">
    <w:name w:val="Medium Grid 3 Accent 2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Cuadrculamedia3-nfasis3">
    <w:name w:val="Medium Grid 3 Accent 3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Cuadrculamedia3-nfasis4">
    <w:name w:val="Medium Grid 3 Accent 4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Cuadrculamedia3-nfasis5">
    <w:name w:val="Medium Grid 3 Accent 5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Cuadrculamedia3-nfasis6">
    <w:name w:val="Medium Grid 3 Accent 6"/>
    <w:basedOn w:val="Tabla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Listaoscura">
    <w:name w:val="Dark List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oscura-nfasis1">
    <w:name w:val="Dark List Accent 1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Listaoscura-nfasis2">
    <w:name w:val="Dark List Accent 2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Listaoscura-nfasis3">
    <w:name w:val="Dark List Accent 3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Listaoscura-nfasis4">
    <w:name w:val="Dark List Accent 4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Listaoscura-nfasis5">
    <w:name w:val="Dark List Accent 5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Listaoscura-nfasis6">
    <w:name w:val="Dark List Accent 6"/>
    <w:basedOn w:val="Tabla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Sombreadovistoso">
    <w:name w:val="Colorful Shading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1">
    <w:name w:val="Colorful Shading Accent 1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2">
    <w:name w:val="Colorful Shading Accent 2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3">
    <w:name w:val="Colorful Shading Accent 3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ombreadovistoso-nfasis4">
    <w:name w:val="Colorful Shading Accent 4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5">
    <w:name w:val="Colorful Shading Accent 5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dovistoso-nfasis6">
    <w:name w:val="Colorful Shading Accent 6"/>
    <w:basedOn w:val="Tabla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vistosa">
    <w:name w:val="Colorful List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vistosa-nfasis1">
    <w:name w:val="Colorful List Accent 1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avistosa-nfasis2">
    <w:name w:val="Colorful List Accent 2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avistosa-nfasis3">
    <w:name w:val="Colorful List Accent 3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avistosa-nfasis4">
    <w:name w:val="Colorful List Accent 4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avistosa-nfasis5">
    <w:name w:val="Colorful List Accent 5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avistosa-nfasis6">
    <w:name w:val="Colorful List Accent 6"/>
    <w:basedOn w:val="Tabla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uadrculavistosa">
    <w:name w:val="Colorful Grid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uadrculavistosa-nfasis1">
    <w:name w:val="Colorful Grid Accent 1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uadrculavistosa-nfasis2">
    <w:name w:val="Colorful Grid Accent 2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uadrculavistosa-nfasis3">
    <w:name w:val="Colorful Grid Accent 3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uadrculavistosa-nfasis4">
    <w:name w:val="Colorful Grid Accent 4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uadrculavistosa-nfasis5">
    <w:name w:val="Colorful Grid Accent 5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uadrculavistosa-nfasis6">
    <w:name w:val="Colorful Grid Accent 6"/>
    <w:basedOn w:val="Tabla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7DA0905-AF01-443C-8219-B53FC2C6F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285</Words>
  <Characters>1570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1852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Beatriz García Martínez</cp:lastModifiedBy>
  <cp:revision>4</cp:revision>
  <dcterms:created xsi:type="dcterms:W3CDTF">2013-12-23T23:15:00Z</dcterms:created>
  <dcterms:modified xsi:type="dcterms:W3CDTF">2025-09-02T10:11:00Z</dcterms:modified>
  <cp:category/>
</cp:coreProperties>
</file>